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Microsoft Tech Day – ENSA Fès | Formulaire d’Inscription</w:t>
      </w:r>
    </w:p>
    <w:p>
      <w:pPr>
        <w:pStyle w:val="Heading2"/>
      </w:pPr>
      <w:r>
        <w:t>SECTION 1 : Informations personnelles</w:t>
      </w:r>
    </w:p>
    <w:p>
      <w:r>
        <w:t>Nom complet : ____________________________</w:t>
      </w:r>
    </w:p>
    <w:p>
      <w:r>
        <w:t>Adresse e-mail : ____________________________</w:t>
      </w:r>
    </w:p>
    <w:p>
      <w:r>
        <w:t>Numéro de téléphone (WhatsApp) : ____________________________</w:t>
      </w:r>
    </w:p>
    <w:p>
      <w:pPr>
        <w:pStyle w:val="Heading2"/>
      </w:pPr>
      <w:r>
        <w:t>SECTION 2 : Statut du participant</w:t>
      </w:r>
    </w:p>
    <w:p>
      <w:r>
        <w:t>Vous êtes :</w:t>
      </w:r>
    </w:p>
    <w:p>
      <w:r>
        <w:t>- Étudiant(e) à ENSA Fès</w:t>
      </w:r>
    </w:p>
    <w:p>
      <w:r>
        <w:t>- Étudiant(e) extérieur</w:t>
      </w:r>
    </w:p>
    <w:p>
      <w:r>
        <w:t>- Professionnel(le)</w:t>
      </w:r>
    </w:p>
    <w:p>
      <w:r>
        <w:t>- Enseignant(e)</w:t>
      </w:r>
    </w:p>
    <w:p>
      <w:r>
        <w:t>- Autre : ____________________</w:t>
      </w:r>
    </w:p>
    <w:p/>
    <w:p>
      <w:r>
        <w:t>Établissement / entreprise (si extérieur) : ____________________________</w:t>
      </w:r>
    </w:p>
    <w:p>
      <w:pPr>
        <w:pStyle w:val="Heading2"/>
      </w:pPr>
      <w:r>
        <w:t>SECTION 3 : Informations académiques / professionnelles</w:t>
      </w:r>
    </w:p>
    <w:p>
      <w:r>
        <w:t>Niveau / année d’étude ou poste :</w:t>
      </w:r>
    </w:p>
    <w:p>
      <w:r>
        <w:t>- 1ère année</w:t>
      </w:r>
    </w:p>
    <w:p>
      <w:r>
        <w:t>- 2ème année</w:t>
      </w:r>
    </w:p>
    <w:p>
      <w:r>
        <w:t>- 3ème année</w:t>
      </w:r>
    </w:p>
    <w:p>
      <w:r>
        <w:t>- 4ème année</w:t>
      </w:r>
    </w:p>
    <w:p>
      <w:r>
        <w:t>- 5ème année</w:t>
      </w:r>
    </w:p>
    <w:p>
      <w:r>
        <w:t>- Professeur</w:t>
      </w:r>
    </w:p>
    <w:p>
      <w:r>
        <w:t>- Professionnel</w:t>
      </w:r>
    </w:p>
    <w:p>
      <w:r>
        <w:t>- Autre : ____________________</w:t>
      </w:r>
    </w:p>
    <w:p/>
    <w:p>
      <w:r>
        <w:t>Filière / spécialité : ____________________________</w:t>
      </w:r>
    </w:p>
    <w:p>
      <w:pPr>
        <w:pStyle w:val="Heading2"/>
      </w:pPr>
      <w:r>
        <w:t>SECTION 4 : Centres d’intérêt</w:t>
      </w:r>
    </w:p>
    <w:p>
      <w:r>
        <w:t>Thèmes qui vous intéressent :</w:t>
      </w:r>
    </w:p>
    <w:p>
      <w:r>
        <w:t>- Intelligence Artificielle</w:t>
      </w:r>
    </w:p>
    <w:p>
      <w:r>
        <w:t>- Data &amp; Analytics</w:t>
      </w:r>
    </w:p>
    <w:p>
      <w:r>
        <w:t>- Cloud (Azure)</w:t>
      </w:r>
    </w:p>
    <w:p>
      <w:r>
        <w:t>- Développement logiciel</w:t>
      </w:r>
    </w:p>
    <w:p>
      <w:r>
        <w:t>- Microsoft 365</w:t>
      </w:r>
    </w:p>
    <w:p>
      <w:r>
        <w:t>- Cybersécurité</w:t>
      </w:r>
    </w:p>
    <w:p>
      <w:r>
        <w:t>- Transformation digitale</w:t>
      </w:r>
    </w:p>
    <w:p>
      <w:r>
        <w:t>- Workshops</w:t>
      </w:r>
    </w:p>
    <w:p/>
    <w:p>
      <w:r>
        <w:t>Pourquoi souhaitez-vous participer ?</w:t>
      </w:r>
    </w:p>
    <w:p>
      <w:r>
        <w:t>_____________________________________________________</w:t>
      </w:r>
    </w:p>
    <w:p>
      <w:r>
        <w:t>_____________________________________________________</w:t>
      </w:r>
    </w:p>
    <w:p>
      <w:pPr>
        <w:pStyle w:val="Heading2"/>
      </w:pPr>
      <w:r>
        <w:t>SECTION 5 : Participation et logistique</w:t>
      </w:r>
    </w:p>
    <w:p>
      <w:r>
        <w:t>Participation :</w:t>
      </w:r>
    </w:p>
    <w:p>
      <w:r>
        <w:t>- Toute la journée</w:t>
      </w:r>
    </w:p>
    <w:p>
      <w:r>
        <w:t>- Matinée uniquement</w:t>
      </w:r>
    </w:p>
    <w:p>
      <w:r>
        <w:t>- Après-midi uniquement</w:t>
      </w:r>
    </w:p>
    <w:p/>
    <w:p>
      <w:r>
        <w:t>Certificat de participation : Oui / Non</w:t>
      </w:r>
    </w:p>
    <w:p/>
    <w:p>
      <w:r>
        <w:t>Besoins particuliers : ____________________________</w:t>
      </w:r>
    </w:p>
    <w:p>
      <w:pPr>
        <w:pStyle w:val="Heading2"/>
      </w:pPr>
      <w:r>
        <w:t>SECTION 6 : Autorisation</w:t>
      </w:r>
    </w:p>
    <w:p>
      <w:r>
        <w:t>Autorisez-vous l'utilisation de photos/vidéos ? Oui / Non</w:t>
      </w:r>
    </w:p>
    <w:p>
      <w:pPr>
        <w:pStyle w:val="Heading2"/>
      </w:pPr>
      <w:r>
        <w:t>SECTION 7 : Confirmation</w:t>
      </w:r>
    </w:p>
    <w:p>
      <w:r>
        <w:t>Je confirme ma présence le 22 novembre 2025 : Oui / Non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